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D34A9" w:rsidRPr="00200209" w:rsidRDefault="005E3FFC">
      <w:pPr>
        <w:spacing w:after="80"/>
        <w:jc w:val="center"/>
        <w:rPr>
          <w:lang w:val="it-IT"/>
        </w:rPr>
      </w:pPr>
      <w:r w:rsidRPr="00200209">
        <w:rPr>
          <w:b/>
          <w:sz w:val="36"/>
          <w:lang w:val="it-IT"/>
        </w:rPr>
        <w:t>SCHEDA DI CANDIDATURA</w:t>
      </w:r>
    </w:p>
    <w:p w:rsidR="00721887" w:rsidRPr="00200209" w:rsidRDefault="00721887" w:rsidP="00721887">
      <w:pPr>
        <w:jc w:val="center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  <w:lang w:val="it-IT" w:eastAsia="it-IT"/>
        </w:rPr>
      </w:pPr>
      <w:r w:rsidRPr="00200209">
        <w:rPr>
          <w:rFonts w:ascii="Times New Roman" w:eastAsia="Times New Roman" w:hAnsi="Times New Roman" w:cs="Times New Roman"/>
          <w:b/>
          <w:bCs/>
          <w:sz w:val="30"/>
          <w:szCs w:val="30"/>
          <w:lang w:val="it-IT" w:eastAsia="it-IT"/>
        </w:rPr>
        <w:t>"</w:t>
      </w:r>
      <w:r w:rsidRPr="00200209">
        <w:rPr>
          <w:rStyle w:val="Enfasigrassetto"/>
          <w:rFonts w:cs="Arial"/>
          <w:i/>
          <w:lang w:val="it-IT"/>
        </w:rPr>
        <w:t>Una linea non mente mai.</w:t>
      </w:r>
      <w:r w:rsidRPr="00200209">
        <w:rPr>
          <w:lang w:val="it-IT"/>
        </w:rPr>
        <w:t xml:space="preserve"> </w:t>
      </w:r>
      <w:r w:rsidRPr="00200209">
        <w:rPr>
          <w:rStyle w:val="Enfasicorsivo"/>
          <w:rFonts w:cs="Arial"/>
          <w:b/>
          <w:lang w:val="it-IT"/>
        </w:rPr>
        <w:t>L’arte della bugia nella grafica under 35</w:t>
      </w:r>
      <w:r w:rsidRPr="00200209">
        <w:rPr>
          <w:rFonts w:ascii="Times New Roman" w:eastAsia="Times New Roman" w:hAnsi="Times New Roman" w:cs="Times New Roman"/>
          <w:b/>
          <w:bCs/>
          <w:sz w:val="30"/>
          <w:szCs w:val="30"/>
          <w:lang w:val="it-IT" w:eastAsia="it-IT"/>
        </w:rPr>
        <w:t>"</w:t>
      </w:r>
    </w:p>
    <w:p w:rsidR="00D13F3B" w:rsidRPr="00200209" w:rsidRDefault="00D13F3B" w:rsidP="00721887">
      <w:pPr>
        <w:jc w:val="center"/>
        <w:outlineLvl w:val="1"/>
        <w:rPr>
          <w:rStyle w:val="Enfasicorsivo"/>
          <w:rFonts w:cs="Arial"/>
          <w:b/>
          <w:i w:val="0"/>
          <w:lang w:val="it-IT"/>
        </w:rPr>
      </w:pPr>
      <w:r w:rsidRPr="00200209">
        <w:rPr>
          <w:rStyle w:val="Enfasicorsivo"/>
          <w:rFonts w:cs="Arial"/>
          <w:b/>
          <w:i w:val="0"/>
          <w:lang w:val="it-IT"/>
        </w:rPr>
        <w:t>mostra collettiva a cura di Lorella Starita</w:t>
      </w:r>
    </w:p>
    <w:p w:rsidR="008D34A9" w:rsidRDefault="005E3FFC">
      <w:pPr>
        <w:spacing w:after="360"/>
        <w:jc w:val="center"/>
        <w:rPr>
          <w:i/>
        </w:rPr>
      </w:pPr>
      <w:r w:rsidRPr="005E3FFC">
        <w:rPr>
          <w:i/>
          <w:highlight w:val="yellow"/>
        </w:rPr>
        <w:t>(Da compilare in ogni sua parte in stampatello o digitalmente e inviare in formato PDF)</w:t>
      </w:r>
    </w:p>
    <w:p w:rsidR="00200209" w:rsidRDefault="00200209">
      <w:pPr>
        <w:spacing w:after="360"/>
        <w:jc w:val="center"/>
      </w:pPr>
    </w:p>
    <w:p w:rsidR="008D34A9" w:rsidRDefault="005E3FFC">
      <w:pPr>
        <w:keepNext/>
        <w:spacing w:before="360" w:after="120"/>
      </w:pPr>
      <w:r>
        <w:rPr>
          <w:b/>
          <w:sz w:val="26"/>
        </w:rPr>
        <w:t>SEZIONE 1: DATI ANAGRAFICI DELL'ARTISTA</w:t>
      </w:r>
    </w:p>
    <w:p w:rsidR="008D34A9" w:rsidRDefault="005E3FFC">
      <w:pPr>
        <w:spacing w:after="80"/>
      </w:pPr>
      <w:r>
        <w:t xml:space="preserve">Nome: </w:t>
      </w:r>
      <w:r w:rsidR="00D13F3B">
        <w:t>_________________</w:t>
      </w:r>
      <w:r>
        <w:t>____________________________________________________</w:t>
      </w:r>
    </w:p>
    <w:p w:rsidR="008D34A9" w:rsidRDefault="005E3FFC">
      <w:pPr>
        <w:spacing w:after="80"/>
      </w:pPr>
      <w:r>
        <w:t>Cognome: ______________</w:t>
      </w:r>
      <w:r w:rsidR="00D13F3B">
        <w:t>________________</w:t>
      </w:r>
      <w:r>
        <w:t>____________________________________</w:t>
      </w:r>
    </w:p>
    <w:p w:rsidR="008D34A9" w:rsidRDefault="00721887">
      <w:pPr>
        <w:spacing w:after="80"/>
      </w:pPr>
      <w:r>
        <w:t xml:space="preserve">Luogo e </w:t>
      </w:r>
      <w:r w:rsidR="00D13F3B">
        <w:t>d</w:t>
      </w:r>
      <w:r>
        <w:t>ata di n</w:t>
      </w:r>
      <w:r w:rsidR="005E3FFC">
        <w:t>ascita: ___________________</w:t>
      </w:r>
      <w:r w:rsidR="00D13F3B">
        <w:t>_______________</w:t>
      </w:r>
      <w:r w:rsidR="005E3FFC">
        <w:t>_____________________</w:t>
      </w:r>
    </w:p>
    <w:p w:rsidR="008D34A9" w:rsidRDefault="005E3FFC">
      <w:pPr>
        <w:spacing w:after="80"/>
      </w:pPr>
      <w:r>
        <w:t>Codice Fiscale: _________________________________________</w:t>
      </w:r>
      <w:r w:rsidR="00D13F3B">
        <w:t>_____________________</w:t>
      </w:r>
    </w:p>
    <w:p w:rsidR="008D34A9" w:rsidRDefault="005E3FFC">
      <w:pPr>
        <w:spacing w:after="80"/>
      </w:pPr>
      <w:r>
        <w:t>Residenza/Domicilio (Via, Città, CAP, Prov.): __________________________________________________________</w:t>
      </w:r>
      <w:r w:rsidR="00D13F3B">
        <w:t>________________</w:t>
      </w:r>
      <w:r>
        <w:t>_</w:t>
      </w:r>
    </w:p>
    <w:p w:rsidR="008D34A9" w:rsidRDefault="005E3FFC">
      <w:pPr>
        <w:spacing w:after="80"/>
      </w:pPr>
      <w:r>
        <w:t>Nazionalità: _________________________________________________</w:t>
      </w:r>
      <w:r w:rsidR="00D13F3B">
        <w:t>________________</w:t>
      </w:r>
    </w:p>
    <w:p w:rsidR="008D34A9" w:rsidRDefault="005E3FFC">
      <w:pPr>
        <w:spacing w:after="80"/>
      </w:pPr>
      <w:r>
        <w:t>Telefono / Cellulare: __________________________________________</w:t>
      </w:r>
      <w:r w:rsidR="00D13F3B">
        <w:t>________________</w:t>
      </w:r>
    </w:p>
    <w:p w:rsidR="008D34A9" w:rsidRDefault="005E3FFC">
      <w:pPr>
        <w:spacing w:after="80"/>
      </w:pPr>
      <w:r>
        <w:t>E-mail: _____________________________________________________</w:t>
      </w:r>
      <w:r w:rsidR="00D13F3B">
        <w:t>________________</w:t>
      </w:r>
    </w:p>
    <w:p w:rsidR="008D34A9" w:rsidRDefault="005E3FFC">
      <w:pPr>
        <w:spacing w:after="80"/>
      </w:pPr>
      <w:r>
        <w:t>Sito Web / Portfolio (Opzionale): __________________________________</w:t>
      </w:r>
      <w:r w:rsidR="00D13F3B">
        <w:t>_______________</w:t>
      </w:r>
    </w:p>
    <w:p w:rsidR="005E3FFC" w:rsidRDefault="005E3FFC" w:rsidP="005E3FFC">
      <w:pPr>
        <w:spacing w:after="80"/>
      </w:pPr>
      <w:r>
        <w:t>Profilo Instagram (Opzionale): @_________________________________</w:t>
      </w:r>
      <w:r w:rsidR="00D13F3B">
        <w:t>________________</w:t>
      </w:r>
    </w:p>
    <w:p w:rsidR="005E3FFC" w:rsidRDefault="005E3FFC" w:rsidP="005E3FFC">
      <w:pPr>
        <w:spacing w:after="80"/>
      </w:pPr>
    </w:p>
    <w:p w:rsidR="008D34A9" w:rsidRDefault="005E3FFC" w:rsidP="005E3FFC">
      <w:pPr>
        <w:spacing w:after="80"/>
      </w:pPr>
      <w:r>
        <w:rPr>
          <w:b/>
          <w:sz w:val="26"/>
        </w:rPr>
        <w:t>SEZIONE 2: SCHEDA TECNICA DELLE OPERE</w:t>
      </w:r>
    </w:p>
    <w:p w:rsidR="008D34A9" w:rsidRDefault="005E3FFC">
      <w:pPr>
        <w:spacing w:before="160" w:after="80"/>
      </w:pPr>
      <w:r>
        <w:rPr>
          <w:b/>
        </w:rPr>
        <w:t>OPERA 1</w:t>
      </w:r>
    </w:p>
    <w:p w:rsidR="008D34A9" w:rsidRDefault="005E3FFC">
      <w:pPr>
        <w:spacing w:after="80"/>
      </w:pPr>
      <w:r>
        <w:t>Titolo: _____________________________________________________</w:t>
      </w:r>
      <w:r w:rsidR="00D13F3B">
        <w:t>________________</w:t>
      </w:r>
    </w:p>
    <w:p w:rsidR="008D34A9" w:rsidRDefault="005E3FFC">
      <w:pPr>
        <w:spacing w:after="80"/>
      </w:pPr>
      <w:r>
        <w:t>Anno di realizzazione: ________________________________________</w:t>
      </w:r>
      <w:r w:rsidR="00D13F3B">
        <w:t>________________</w:t>
      </w:r>
    </w:p>
    <w:p w:rsidR="008D34A9" w:rsidRDefault="005E3FFC">
      <w:pPr>
        <w:spacing w:after="80"/>
      </w:pPr>
      <w:r>
        <w:t>Tecnica e Supporto (es. Illustrazione digitale, Incisione, ecc.): __________________________________________________________________________</w:t>
      </w:r>
    </w:p>
    <w:p w:rsidR="008D34A9" w:rsidRDefault="005E3FFC">
      <w:pPr>
        <w:spacing w:after="80"/>
      </w:pPr>
      <w:r>
        <w:t>L'opera è in vendita?  [  ] SÌ   [  ] NO   |   Se sì, prezzo indicativo (€): _____________</w:t>
      </w:r>
      <w:r w:rsidR="00D13F3B">
        <w:t>_______</w:t>
      </w:r>
    </w:p>
    <w:p w:rsidR="008D34A9" w:rsidRDefault="005E3FFC">
      <w:pPr>
        <w:spacing w:after="80"/>
      </w:pPr>
      <w:r>
        <w:t>Nome del file allegato (es. cognome_nome_opera1.jpg): _____________________________________________________</w:t>
      </w:r>
      <w:r w:rsidR="00D13F3B">
        <w:t>_____________________</w:t>
      </w:r>
    </w:p>
    <w:p w:rsidR="008D34A9" w:rsidRDefault="005E3FFC">
      <w:pPr>
        <w:spacing w:before="160" w:after="80"/>
      </w:pPr>
      <w:r>
        <w:rPr>
          <w:b/>
        </w:rPr>
        <w:t>OPERA 2 (Eventuale)</w:t>
      </w:r>
    </w:p>
    <w:p w:rsidR="00D13F3B" w:rsidRDefault="00D13F3B" w:rsidP="00D13F3B">
      <w:pPr>
        <w:spacing w:after="80"/>
      </w:pPr>
      <w:r>
        <w:t>Titolo: _____________________________________________________________________</w:t>
      </w:r>
    </w:p>
    <w:p w:rsidR="00D13F3B" w:rsidRDefault="00D13F3B" w:rsidP="00D13F3B">
      <w:pPr>
        <w:spacing w:after="80"/>
      </w:pPr>
      <w:r>
        <w:t>Anno di realizzazione: ________________________________________________________</w:t>
      </w:r>
    </w:p>
    <w:p w:rsidR="00D13F3B" w:rsidRDefault="00D13F3B" w:rsidP="00D13F3B">
      <w:pPr>
        <w:spacing w:after="80"/>
      </w:pPr>
      <w:r>
        <w:t>Tecnica e Supporto (es. Illustrazione digitale, Incisione, ecc.): __________________________________________________________________________</w:t>
      </w:r>
    </w:p>
    <w:p w:rsidR="00D13F3B" w:rsidRDefault="00D13F3B" w:rsidP="00D13F3B">
      <w:pPr>
        <w:spacing w:after="80"/>
      </w:pPr>
      <w:r>
        <w:lastRenderedPageBreak/>
        <w:t>L'opera è in vendita?  [  ] SÌ   [  ] NO   |   Se sì, prezzo indicativo (€): ____________________</w:t>
      </w:r>
    </w:p>
    <w:p w:rsidR="00D13F3B" w:rsidRDefault="00D13F3B" w:rsidP="00D13F3B">
      <w:pPr>
        <w:spacing w:after="80"/>
      </w:pPr>
      <w:r>
        <w:t>Nome del file allegato (es. cognome_nome_opera1.jpg): __________________________________________________________________________</w:t>
      </w:r>
    </w:p>
    <w:p w:rsidR="008D34A9" w:rsidRDefault="005E3FFC">
      <w:pPr>
        <w:keepNext/>
        <w:spacing w:before="360" w:after="120"/>
      </w:pPr>
      <w:r>
        <w:rPr>
          <w:b/>
          <w:sz w:val="26"/>
        </w:rPr>
        <w:t>SEZIONE 3: ALLEGATI OBBLIGATORI</w:t>
      </w:r>
    </w:p>
    <w:p w:rsidR="008D34A9" w:rsidRDefault="005E3FFC">
      <w:r>
        <w:t>Da inserire nella cartella d'invio (ZIP o link):</w:t>
      </w:r>
    </w:p>
    <w:p w:rsidR="008D34A9" w:rsidRDefault="005E3FFC">
      <w:pPr>
        <w:spacing w:after="80"/>
      </w:pPr>
      <w:r>
        <w:t>[  ] La presente scheda di candidatura compilata e firmata.</w:t>
      </w:r>
    </w:p>
    <w:p w:rsidR="008D34A9" w:rsidRDefault="005E3FFC">
      <w:pPr>
        <w:spacing w:after="80"/>
      </w:pPr>
      <w:r>
        <w:t>[  ] Copia di un documento d'identità in corso di validità (fronte/retro).</w:t>
      </w:r>
    </w:p>
    <w:p w:rsidR="008D34A9" w:rsidRDefault="005E3FFC">
      <w:pPr>
        <w:spacing w:after="80"/>
      </w:pPr>
      <w:r>
        <w:t>[  ] Immagini delle opere in alta risoluzione (formato JPG o PDF, min 300 dpi).</w:t>
      </w:r>
    </w:p>
    <w:p w:rsidR="008D34A9" w:rsidRDefault="005E3FFC">
      <w:pPr>
        <w:spacing w:after="80"/>
      </w:pPr>
      <w:r>
        <w:t>[  ] Breve biografia dell'artista (max 1500 caratteri spazi inclusi, in formato .docx o .txt).</w:t>
      </w:r>
    </w:p>
    <w:p w:rsidR="008D34A9" w:rsidRDefault="005E3FFC">
      <w:pPr>
        <w:spacing w:after="80"/>
      </w:pPr>
      <w:r>
        <w:t>[  ] Breve testo/concept esplicativo dell'opera/e (max 1000 caratteri spazi inclusi</w:t>
      </w:r>
      <w:r w:rsidR="00721887">
        <w:t>, in formato .docx o .txt</w:t>
      </w:r>
      <w:r>
        <w:t>).</w:t>
      </w:r>
    </w:p>
    <w:p w:rsidR="008D34A9" w:rsidRDefault="005E3FFC">
      <w:pPr>
        <w:keepNext/>
        <w:spacing w:before="360" w:after="120"/>
      </w:pPr>
      <w:r>
        <w:rPr>
          <w:b/>
          <w:sz w:val="26"/>
        </w:rPr>
        <w:t>SEZIONE 4: DICHIARAZIONE E CONSENSO</w:t>
      </w:r>
    </w:p>
    <w:p w:rsidR="008D34A9" w:rsidRDefault="005E3FFC">
      <w:pPr>
        <w:spacing w:after="120"/>
      </w:pPr>
      <w:r>
        <w:t>Il/La sottoscritto/a _________________________________________________ dichiara sotto la propria responsabilità:</w:t>
      </w:r>
    </w:p>
    <w:p w:rsidR="008D34A9" w:rsidRDefault="00D13F3B">
      <w:pPr>
        <w:spacing w:after="80"/>
        <w:ind w:left="360"/>
      </w:pPr>
      <w:r>
        <w:t>1. d</w:t>
      </w:r>
      <w:r w:rsidR="005E3FFC">
        <w:t>i essere l'unico e legittimo autore dell'opera/delle opere presentate e di detenerne tutti i diritti.</w:t>
      </w:r>
    </w:p>
    <w:p w:rsidR="008D34A9" w:rsidRDefault="00D13F3B">
      <w:pPr>
        <w:spacing w:after="80"/>
        <w:ind w:left="360"/>
      </w:pPr>
      <w:r>
        <w:t>2. d</w:t>
      </w:r>
      <w:r w:rsidR="005E3FFC">
        <w:t>i accettare integralmente, senza riserva alcuna, le norme e le condizioni contenute nel bando della Call.</w:t>
      </w:r>
    </w:p>
    <w:p w:rsidR="008D34A9" w:rsidRPr="00721887" w:rsidRDefault="00D13F3B" w:rsidP="00721887">
      <w:pPr>
        <w:spacing w:before="100" w:beforeAutospacing="1" w:after="100" w:afterAutospacing="1" w:line="240" w:lineRule="auto"/>
        <w:ind w:left="284"/>
        <w:jc w:val="both"/>
        <w:rPr>
          <w:b/>
        </w:rPr>
      </w:pPr>
      <w:r>
        <w:t>3. d</w:t>
      </w:r>
      <w:r w:rsidR="005E3FFC" w:rsidRPr="00721887">
        <w:t>i impegnarsi,</w:t>
      </w:r>
      <w:r w:rsidR="00721887">
        <w:t xml:space="preserve"> in caso di selezione, a consegnare</w:t>
      </w:r>
      <w:r w:rsidR="005E3FFC" w:rsidRPr="00721887">
        <w:t xml:space="preserve"> </w:t>
      </w:r>
      <w:r w:rsidR="005E3FFC" w:rsidRPr="00721887">
        <w:rPr>
          <w:b/>
        </w:rPr>
        <w:t>l'</w:t>
      </w:r>
      <w:r>
        <w:rPr>
          <w:b/>
        </w:rPr>
        <w:t xml:space="preserve">/le </w:t>
      </w:r>
      <w:r w:rsidR="005E3FFC" w:rsidRPr="00721887">
        <w:rPr>
          <w:b/>
        </w:rPr>
        <w:t>opera</w:t>
      </w:r>
      <w:r>
        <w:rPr>
          <w:b/>
        </w:rPr>
        <w:t>/e</w:t>
      </w:r>
      <w:r w:rsidR="00721887" w:rsidRPr="00721887">
        <w:rPr>
          <w:b/>
        </w:rPr>
        <w:t xml:space="preserve"> realizzata</w:t>
      </w:r>
      <w:r>
        <w:rPr>
          <w:b/>
        </w:rPr>
        <w:t>/e</w:t>
      </w:r>
      <w:r w:rsidR="00721887" w:rsidRPr="00721887">
        <w:rPr>
          <w:b/>
        </w:rPr>
        <w:t xml:space="preserve"> su pistolegno da 2 mm</w:t>
      </w:r>
      <w:r w:rsidR="005E3FFC" w:rsidRPr="00721887">
        <w:rPr>
          <w:b/>
        </w:rPr>
        <w:t xml:space="preserve"> </w:t>
      </w:r>
      <w:r w:rsidR="00721887" w:rsidRPr="00721887">
        <w:rPr>
          <w:b/>
        </w:rPr>
        <w:t>in formato verticale di cm 100 x 70</w:t>
      </w:r>
      <w:r>
        <w:rPr>
          <w:b/>
        </w:rPr>
        <w:t>,</w:t>
      </w:r>
      <w:r w:rsidR="00721887" w:rsidRPr="00721887">
        <w:rPr>
          <w:b/>
        </w:rPr>
        <w:t xml:space="preserve"> entro e non oltre le ore 17.00</w:t>
      </w:r>
      <w:r w:rsidR="00721887" w:rsidRPr="00134915">
        <w:rPr>
          <w:rFonts w:ascii="Times New Roman" w:hAnsi="Times New Roman" w:cs="Times New Roman"/>
          <w:b/>
        </w:rPr>
        <w:t xml:space="preserve"> </w:t>
      </w:r>
      <w:r w:rsidR="00721887" w:rsidRPr="00721887">
        <w:rPr>
          <w:b/>
        </w:rPr>
        <w:t>del 10 novembre 2026</w:t>
      </w:r>
      <w:r>
        <w:rPr>
          <w:b/>
        </w:rPr>
        <w:t>.</w:t>
      </w:r>
    </w:p>
    <w:p w:rsidR="008D34A9" w:rsidRDefault="005E3FFC">
      <w:pPr>
        <w:spacing w:after="80"/>
        <w:ind w:left="360"/>
      </w:pPr>
      <w:r>
        <w:t xml:space="preserve">4. </w:t>
      </w:r>
      <w:r w:rsidR="00D13F3B">
        <w:t>d</w:t>
      </w:r>
      <w:r>
        <w:t>i autorizzare l'organizzazione a riprodurre fotograficamente o digitalmente le opere per scopi promozionali, di catalogo e di comunicazione legati alla mostra, senza pretendere compensi o diritti d'autore.</w:t>
      </w:r>
    </w:p>
    <w:p w:rsidR="00721887" w:rsidRDefault="005E3FFC">
      <w:pPr>
        <w:spacing w:before="160" w:after="360"/>
      </w:pPr>
      <w:r>
        <w:t>Informativa Privacy (GDPR):</w:t>
      </w:r>
    </w:p>
    <w:p w:rsidR="008D34A9" w:rsidRDefault="005E3FFC">
      <w:pPr>
        <w:spacing w:before="160" w:after="360"/>
      </w:pPr>
      <w:r>
        <w:t>[  ] Acconsento al trattamento dei miei dati personali ai sensi del Regolamento UE 2016/679 (GDPR) esclusivamente per le finalità connesse alla gestione della presente selezione e delle attività espositive correlate.</w:t>
      </w:r>
    </w:p>
    <w:p w:rsidR="008D34A9" w:rsidRDefault="005E3FFC" w:rsidP="00721887">
      <w:pPr>
        <w:spacing w:before="480"/>
        <w:ind w:right="-279"/>
      </w:pPr>
      <w:r>
        <w:t xml:space="preserve">Luogo e </w:t>
      </w:r>
      <w:r w:rsidR="00721887">
        <w:t>Data: ________________________</w:t>
      </w:r>
      <w:r>
        <w:t>_          Firma dell'Artista</w:t>
      </w:r>
      <w:r w:rsidRPr="00721887">
        <w:rPr>
          <w:b/>
        </w:rPr>
        <w:t>:</w:t>
      </w:r>
      <w:r>
        <w:t xml:space="preserve"> </w:t>
      </w:r>
      <w:r w:rsidR="00721887">
        <w:t>_____</w:t>
      </w:r>
      <w:r>
        <w:t>_________________</w:t>
      </w:r>
    </w:p>
    <w:sectPr w:rsidR="008D34A9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27532C" w:rsidRDefault="0027532C" w:rsidP="00721887">
      <w:pPr>
        <w:spacing w:after="0" w:line="240" w:lineRule="auto"/>
      </w:pPr>
      <w:r>
        <w:separator/>
      </w:r>
    </w:p>
  </w:endnote>
  <w:endnote w:type="continuationSeparator" w:id="0">
    <w:p w:rsidR="0027532C" w:rsidRDefault="0027532C" w:rsidP="007218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27532C" w:rsidRDefault="0027532C" w:rsidP="00721887">
      <w:pPr>
        <w:spacing w:after="0" w:line="240" w:lineRule="auto"/>
      </w:pPr>
      <w:r>
        <w:separator/>
      </w:r>
    </w:p>
  </w:footnote>
  <w:footnote w:type="continuationSeparator" w:id="0">
    <w:p w:rsidR="0027532C" w:rsidRDefault="0027532C" w:rsidP="007218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79366D41"/>
    <w:multiLevelType w:val="multilevel"/>
    <w:tmpl w:val="4C56D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02585382">
    <w:abstractNumId w:val="8"/>
  </w:num>
  <w:num w:numId="2" w16cid:durableId="959410200">
    <w:abstractNumId w:val="6"/>
  </w:num>
  <w:num w:numId="3" w16cid:durableId="262109858">
    <w:abstractNumId w:val="5"/>
  </w:num>
  <w:num w:numId="4" w16cid:durableId="659578837">
    <w:abstractNumId w:val="4"/>
  </w:num>
  <w:num w:numId="5" w16cid:durableId="372734860">
    <w:abstractNumId w:val="7"/>
  </w:num>
  <w:num w:numId="6" w16cid:durableId="637880718">
    <w:abstractNumId w:val="3"/>
  </w:num>
  <w:num w:numId="7" w16cid:durableId="1997493324">
    <w:abstractNumId w:val="2"/>
  </w:num>
  <w:num w:numId="8" w16cid:durableId="1109737420">
    <w:abstractNumId w:val="1"/>
  </w:num>
  <w:num w:numId="9" w16cid:durableId="979925416">
    <w:abstractNumId w:val="0"/>
  </w:num>
  <w:num w:numId="10" w16cid:durableId="40942973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5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00209"/>
    <w:rsid w:val="0027532C"/>
    <w:rsid w:val="0029639D"/>
    <w:rsid w:val="00326F90"/>
    <w:rsid w:val="005E3FFC"/>
    <w:rsid w:val="00721887"/>
    <w:rsid w:val="008D34A9"/>
    <w:rsid w:val="00A02925"/>
    <w:rsid w:val="00AA1D8D"/>
    <w:rsid w:val="00AE36C1"/>
    <w:rsid w:val="00B47730"/>
    <w:rsid w:val="00CB0664"/>
    <w:rsid w:val="00D13F3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764FB7"/>
  <w15:docId w15:val="{D27C3E50-1998-B643-9229-C4FFD8961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13F3B"/>
    <w:rPr>
      <w:rFonts w:ascii="Arial" w:hAnsi="Arial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fondochiaro1">
    <w:name w:val="Sfondo chiaro1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Sfondochiaro-Colore11">
    <w:name w:val="Sfondo chiaro - Colore 1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customStyle="1" w:styleId="Elencochiaro1">
    <w:name w:val="Elenco chiaro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Elencochiaro-Colore11">
    <w:name w:val="Elenco chiaro - Colore 1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customStyle="1" w:styleId="Grigliachiara1">
    <w:name w:val="Griglia chiara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Grigliachiara-Colore11">
    <w:name w:val="Griglia chiara - Colore 1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customStyle="1" w:styleId="Sfondomedio11">
    <w:name w:val="Sfondo medio 1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Sfondomedio1-Colore11">
    <w:name w:val="Sfondo medio 1 - Colore 1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Sfondomedio21">
    <w:name w:val="Sfondo medio 2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Sfondomedio2-Colore11">
    <w:name w:val="Sfondo medio 2 - Colore 1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Elencomedio11">
    <w:name w:val="Elenco medio 1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Elencomedio1-Colore11">
    <w:name w:val="Elenco medio 1 - Colore 1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customStyle="1" w:styleId="Elencomedio21">
    <w:name w:val="Elenco medio 2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Grigliamedia11">
    <w:name w:val="Griglia media 1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Grigliamedia21">
    <w:name w:val="Griglia media 2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Grigliamedia31">
    <w:name w:val="Griglia media 3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customStyle="1" w:styleId="Elencoscuro1">
    <w:name w:val="Elenco scuro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customStyle="1" w:styleId="Sfondoacolori1">
    <w:name w:val="Sfondo a colori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Elencoacolori1">
    <w:name w:val="Elenco a colori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Grigliaacolori1">
    <w:name w:val="Griglia a colori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22C54A8-8400-401B-8ECF-7FA01DADDB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571</Words>
  <Characters>3256</Characters>
  <Application>Microsoft Office Word</Application>
  <DocSecurity>0</DocSecurity>
  <Lines>27</Lines>
  <Paragraphs>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Microsoft Office User</cp:lastModifiedBy>
  <cp:revision>4</cp:revision>
  <dcterms:created xsi:type="dcterms:W3CDTF">2026-09-23T17:45:00Z</dcterms:created>
  <dcterms:modified xsi:type="dcterms:W3CDTF">2026-10-09T14:30:00Z</dcterms:modified>
</cp:coreProperties>
</file>